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both"/>
      </w:pPr>
      <w:r>
        <w:rPr>
          <w:b w:val="0"/>
        </w:rPr>
        <w:t>Investitor: ____________________________________________________________</w:t>
      </w:r>
    </w:p>
    <w:p>
      <w:pPr>
        <w:spacing w:after="280"/>
        <w:jc w:val="both"/>
      </w:pPr>
      <w:r>
        <w:rPr>
          <w:b w:val="0"/>
          <w:sz w:val="18"/>
        </w:rPr>
        <w:t>(numele și adresa)</w:t>
      </w:r>
    </w:p>
    <w:p>
      <w:pPr>
        <w:spacing w:after="40"/>
        <w:jc w:val="center"/>
      </w:pPr>
      <w:r>
        <w:rPr>
          <w:b/>
        </w:rPr>
        <w:t>PROCES-VERBAL DE RECEPȚIE LA TERMINAREA LUCRĂRILOR</w:t>
      </w:r>
    </w:p>
    <w:p>
      <w:pPr>
        <w:spacing w:after="280"/>
        <w:jc w:val="center"/>
      </w:pPr>
      <w:r>
        <w:rPr>
          <w:b w:val="0"/>
        </w:rPr>
        <w:t>nr. __________ din ________________</w:t>
      </w:r>
    </w:p>
    <w:p>
      <w:pPr>
        <w:spacing w:after="200"/>
        <w:jc w:val="both"/>
      </w:pPr>
      <w:r>
        <w:rPr>
          <w:b w:val="0"/>
        </w:rPr>
        <w:t>privind execuția lucrărilor de construcții aferente investiției ________________________________________________________, lucrări executate în cadrul contractului nr. ________ din ______________, încheiat între ________________________________________ și ________________________________________.</w:t>
      </w:r>
    </w:p>
    <w:p>
      <w:pPr>
        <w:spacing w:after="120"/>
        <w:jc w:val="both"/>
      </w:pPr>
      <w:r>
        <w:rPr>
          <w:b w:val="0"/>
        </w:rPr>
        <w:t>1. Lucrările au fost executate în baza autorizației de construire nr. ________, eliberată de ______________________________________ la data de ______________, cu valabilitate până la ______________.</w:t>
      </w:r>
    </w:p>
    <w:p>
      <w:pPr>
        <w:spacing w:after="120"/>
        <w:jc w:val="both"/>
      </w:pPr>
      <w:r>
        <w:rPr>
          <w:b w:val="0"/>
        </w:rPr>
        <w:t>2. Comisia de recepție și-a desfășurat activitatea de la data de ______________ până la data de ______________, fiind formată din:</w:t>
      </w:r>
    </w:p>
    <w:p>
      <w:pPr>
        <w:spacing w:after="40"/>
        <w:jc w:val="both"/>
      </w:pPr>
      <w:r>
        <w:rPr>
          <w:b w:val="0"/>
        </w:rPr>
        <w:t>Președinte: __________________________________________________________</w:t>
      </w:r>
    </w:p>
    <w:p>
      <w:pPr>
        <w:spacing w:after="40"/>
        <w:jc w:val="both"/>
      </w:pPr>
      <w:r>
        <w:rPr>
          <w:b w:val="0"/>
        </w:rPr>
        <w:t>Membri: ______________________________________________________________</w:t>
      </w:r>
    </w:p>
    <w:p>
      <w:pPr>
        <w:spacing w:after="40"/>
        <w:jc w:val="both"/>
      </w:pPr>
      <w:r>
        <w:rPr>
          <w:b w:val="0"/>
        </w:rPr>
        <w:t>________________________________________________________________________</w:t>
      </w:r>
    </w:p>
    <w:p>
      <w:pPr>
        <w:spacing w:after="40"/>
        <w:jc w:val="both"/>
      </w:pPr>
      <w:r>
        <w:rPr>
          <w:b w:val="0"/>
        </w:rPr>
        <w:t>________________________________________________________________________</w:t>
      </w:r>
    </w:p>
    <w:p>
      <w:pPr>
        <w:spacing w:after="120"/>
        <w:jc w:val="both"/>
      </w:pPr>
      <w:r>
        <w:rPr>
          <w:b w:val="0"/>
          <w:sz w:val="18"/>
        </w:rPr>
        <w:t>(nume, prenume, calitatea, instituția — inclusiv reprezentantul autorității administrației publice locale emitente a autorizației)</w:t>
      </w:r>
    </w:p>
    <w:p>
      <w:pPr>
        <w:spacing w:after="120"/>
        <w:jc w:val="both"/>
      </w:pPr>
      <w:r>
        <w:rPr>
          <w:b w:val="0"/>
        </w:rPr>
        <w:t>3. Au mai participat la recepție:</w:t>
      </w:r>
    </w:p>
    <w:p>
      <w:pPr>
        <w:spacing w:after="40"/>
        <w:jc w:val="both"/>
      </w:pPr>
      <w:r>
        <w:rPr>
          <w:b w:val="0"/>
        </w:rPr>
        <w:t>Executant: ____________________________________________________________</w:t>
      </w:r>
    </w:p>
    <w:p>
      <w:pPr>
        <w:spacing w:after="40"/>
        <w:jc w:val="both"/>
      </w:pPr>
      <w:r>
        <w:rPr>
          <w:b w:val="0"/>
        </w:rPr>
        <w:t>Proiectant: ____________________________________________________________</w:t>
      </w:r>
    </w:p>
    <w:p>
      <w:pPr>
        <w:spacing w:after="40"/>
        <w:jc w:val="both"/>
      </w:pPr>
      <w:r>
        <w:rPr>
          <w:b w:val="0"/>
        </w:rPr>
        <w:t>Diriginte de șantier: __________________________________________________</w:t>
      </w:r>
    </w:p>
    <w:p>
      <w:pPr>
        <w:spacing w:after="120"/>
        <w:jc w:val="both"/>
      </w:pPr>
      <w:r>
        <w:rPr>
          <w:b w:val="0"/>
          <w:sz w:val="18"/>
        </w:rPr>
        <w:t>(nume, prenume, calitatea)</w:t>
      </w:r>
    </w:p>
    <w:p>
      <w:pPr>
        <w:spacing w:after="120"/>
        <w:jc w:val="both"/>
      </w:pPr>
      <w:r>
        <w:rPr>
          <w:b w:val="0"/>
        </w:rPr>
        <w:t>4. Constatările comisiei de recepție:</w:t>
      </w:r>
    </w:p>
    <w:p>
      <w:pPr>
        <w:spacing w:after="40"/>
        <w:jc w:val="both"/>
      </w:pPr>
      <w:r>
        <w:rPr>
          <w:b w:val="0"/>
        </w:rPr>
        <w:t>a) capacitățile fizice realizate: ____________________________________________</w:t>
      </w:r>
    </w:p>
    <w:p>
      <w:pPr>
        <w:spacing w:after="40"/>
        <w:jc w:val="both"/>
      </w:pPr>
      <w:r>
        <w:rPr>
          <w:b w:val="0"/>
        </w:rPr>
        <w:t>________________________________________________________________________</w:t>
      </w:r>
    </w:p>
    <w:p>
      <w:pPr>
        <w:spacing w:after="40"/>
        <w:jc w:val="both"/>
      </w:pPr>
      <w:r>
        <w:rPr>
          <w:b w:val="0"/>
        </w:rPr>
        <w:t>b) documentele care au stat la baza recepției: referatele pe specialități întocmite de proiectant și de dirigintele de șantier privind modul în care a fost executată lucrarea, cartea tehnică a construcției, procesele-verbale de lucrări ascunse și de faze determinante;</w:t>
      </w:r>
    </w:p>
    <w:p>
      <w:pPr>
        <w:spacing w:after="40"/>
        <w:jc w:val="both"/>
      </w:pPr>
      <w:r>
        <w:rPr>
          <w:b w:val="0"/>
        </w:rPr>
        <w:t>c) valoarea declarată a investiției: ________________________ lei;</w:t>
      </w:r>
    </w:p>
    <w:p>
      <w:pPr>
        <w:spacing w:after="40"/>
        <w:jc w:val="both"/>
      </w:pPr>
      <w:r>
        <w:rPr>
          <w:b w:val="0"/>
        </w:rPr>
        <w:t>d) observațiile comisiei și lucrările rămase de executat: ____________________</w:t>
      </w:r>
    </w:p>
    <w:p>
      <w:pPr>
        <w:spacing w:after="40"/>
        <w:jc w:val="both"/>
      </w:pPr>
      <w:r>
        <w:rPr>
          <w:b w:val="0"/>
        </w:rPr>
        <w:t>________________________________________________________________________</w:t>
      </w:r>
    </w:p>
    <w:p>
      <w:pPr>
        <w:spacing w:after="40"/>
        <w:jc w:val="both"/>
      </w:pPr>
      <w:r>
        <w:rPr>
          <w:b w:val="0"/>
        </w:rPr>
        <w:t>________________________________________________________________________</w:t>
      </w:r>
    </w:p>
    <w:p>
      <w:pPr>
        <w:spacing w:after="120"/>
        <w:jc w:val="both"/>
      </w:pPr>
      <w:r>
        <w:rPr>
          <w:b w:val="0"/>
        </w:rPr>
        <w:t>5. În urma constatărilor făcute, comisia de recepție decide:</w:t>
      </w:r>
    </w:p>
    <w:p>
      <w:pPr>
        <w:spacing w:after="40"/>
        <w:jc w:val="both"/>
      </w:pPr>
      <w:r>
        <w:rPr>
          <w:b w:val="0"/>
        </w:rPr>
        <w:t>□ ADMITEREA recepției la terminarea lucrărilor</w:t>
      </w:r>
    </w:p>
    <w:p>
      <w:pPr>
        <w:spacing w:after="40"/>
        <w:jc w:val="both"/>
      </w:pPr>
      <w:r>
        <w:rPr>
          <w:b w:val="0"/>
        </w:rPr>
        <w:t>□ RESPINGEREA recepției, pentru motivele consemnate la pct. 4 lit. d)</w:t>
      </w:r>
    </w:p>
    <w:p>
      <w:pPr>
        <w:spacing w:after="120"/>
        <w:jc w:val="both"/>
      </w:pPr>
      <w:r>
        <w:rPr>
          <w:b w:val="0"/>
          <w:sz w:val="18"/>
        </w:rPr>
        <w:t>(Dacă lipsesc documente ori lucrările nu pot fi încă evaluate, procesul de recepție se suspendă — situația se consemnează separat, cu motivele și termenul de reluare.)</w:t>
      </w:r>
    </w:p>
    <w:p>
      <w:pPr>
        <w:spacing w:after="320"/>
        <w:jc w:val="both"/>
      </w:pPr>
      <w:r>
        <w:rPr>
          <w:b w:val="0"/>
        </w:rPr>
        <w:t>6. Prezentul proces-verbal, conținând ______ file și ______ anexe numerotate, cu un total de ______ file, a fost încheiat astăzi, ______________, la ______________________________, în ____ exemplare.</w:t>
      </w:r>
    </w:p>
    <w:p>
      <w:pPr>
        <w:spacing w:after="80"/>
        <w:jc w:val="both"/>
      </w:pPr>
      <w:r>
        <w:rPr>
          <w:b/>
        </w:rPr>
        <w:t>Comisia de recepție:</w:t>
      </w:r>
    </w:p>
    <w:p>
      <w:pPr>
        <w:spacing w:after="60"/>
        <w:jc w:val="both"/>
      </w:pPr>
      <w:r>
        <w:rPr>
          <w:b w:val="0"/>
        </w:rPr>
        <w:t>Președinte: ________________________________________  semnătura ________________</w:t>
      </w:r>
    </w:p>
    <w:p>
      <w:pPr>
        <w:spacing w:after="60"/>
        <w:jc w:val="both"/>
      </w:pPr>
      <w:r>
        <w:rPr>
          <w:b w:val="0"/>
        </w:rPr>
        <w:t>Membri: ____________________________________________  semnătura ________________</w:t>
      </w:r>
    </w:p>
    <w:p>
      <w:pPr>
        <w:spacing w:after="200"/>
        <w:jc w:val="both"/>
      </w:pPr>
      <w:r>
        <w:rPr>
          <w:b w:val="0"/>
        </w:rPr>
        <w:t>____________________________________________________  semnătura ________________</w:t>
      </w:r>
    </w:p>
    <w:p>
      <w:pPr>
        <w:spacing w:after="80"/>
        <w:jc w:val="both"/>
      </w:pPr>
      <w:r>
        <w:rPr>
          <w:b/>
        </w:rPr>
        <w:t>Participanți:</w:t>
      </w:r>
    </w:p>
    <w:p>
      <w:pPr>
        <w:spacing w:after="60"/>
        <w:jc w:val="both"/>
      </w:pPr>
      <w:r>
        <w:rPr>
          <w:b w:val="0"/>
        </w:rPr>
        <w:t>Executant: _________________________________________  semnătura ________________</w:t>
      </w:r>
    </w:p>
    <w:p>
      <w:pPr>
        <w:spacing w:after="60"/>
        <w:jc w:val="both"/>
      </w:pPr>
      <w:r>
        <w:rPr>
          <w:b w:val="0"/>
        </w:rPr>
        <w:t>Proiectant: ________________________________________  semnătura ________________</w:t>
      </w:r>
    </w:p>
    <w:p>
      <w:pPr>
        <w:spacing w:after="320"/>
        <w:jc w:val="both"/>
      </w:pPr>
      <w:r>
        <w:rPr>
          <w:b w:val="0"/>
        </w:rPr>
        <w:t>Diriginte de șantier: _______________________________  semnătura ________________</w:t>
      </w:r>
    </w:p>
    <w:p>
      <w:pPr>
        <w:spacing w:after="120"/>
        <w:jc w:val="both"/>
      </w:pPr>
      <w:r>
        <w:rPr>
          <w:b w:val="0"/>
          <w:sz w:val="18"/>
        </w:rPr>
        <w:t>Model orientativ pus la dispoziție de CivilAsist (civilasist.ro), pe structura reglementată prin H.G. nr. 273/1994, cu modificările ulterioare. Conținutul se adaptează la lucrarea dumneavoastră; pentru organizarea recepției vă putem sprijini cu diriginte de șantier autorizat I.S.C. — contact@civilasist.ro · 0744 921 358.</w:t>
      </w:r>
    </w:p>
    <w:sectPr w:rsidR="00FC693F" w:rsidRPr="0006063C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