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  <w:sz w:val="17"/>
        </w:rPr>
        <w:t>Model orientativ pe structura formularului F_CU_04 din Legea nr. 169/2026 — Codul amenajării teritoriului, urbanismului și construcțiilor. Formularul oficial se ia de la primărie.</w:t>
      </w:r>
    </w:p>
    <w:p>
      <w:pPr>
        <w:spacing w:before="280"/>
        <w:jc w:val="center"/>
      </w:pPr>
      <w:r>
        <w:rPr>
          <w:b/>
          <w:sz w:val="30"/>
        </w:rPr>
        <w:t>CERERE</w:t>
      </w:r>
    </w:p>
    <w:p>
      <w:pPr>
        <w:jc w:val="center"/>
      </w:pPr>
      <w:r>
        <w:rPr>
          <w:b/>
        </w:rPr>
        <w:t>pentru emiterea certificatului de urbanism</w:t>
        <w:br/>
      </w:r>
      <w:r>
        <w:rPr>
          <w:b/>
        </w:rPr>
        <w:t>pentru construire / desființare</w:t>
      </w:r>
    </w:p>
    <w:p>
      <w:pPr>
        <w:spacing w:before="180"/>
      </w:pPr>
      <w:r>
        <w:rPr>
          <w:b/>
          <w:sz w:val="21"/>
        </w:rPr>
        <w:t>1. CĂTRE</w:t>
      </w:r>
    </w:p>
    <w:p>
      <w:r>
        <w:t>Primăria municipiului / orașului / comunei ________________________________________</w:t>
      </w:r>
    </w:p>
    <w:p>
      <w:r>
        <w:t>Consiliul Județean ________________________________________</w:t>
      </w:r>
    </w:p>
    <w:p>
      <w:r>
        <w:rPr>
          <w:i/>
          <w:sz w:val="17"/>
        </w:rPr>
        <w:t>Se taie ce nu se potrivește. Pentru anumite categorii de lucrări emitentul este consiliul județean — primăria vă spune dacă e cazul.</w:t>
      </w:r>
    </w:p>
    <w:p>
      <w:pPr>
        <w:spacing w:before="180"/>
      </w:pPr>
      <w:r>
        <w:rPr>
          <w:b/>
          <w:sz w:val="21"/>
        </w:rPr>
        <w:t>2. SOLICITANTUL</w:t>
      </w:r>
    </w:p>
    <w:p>
      <w:r>
        <w:t>Nume și prenume ________________________________________   CNP ____________________</w:t>
      </w:r>
    </w:p>
    <w:p>
      <w:r>
        <w:t>Act de identitate: seria ______ nr. ____________ eliberat de ____________________ la data de ____________</w:t>
      </w:r>
    </w:p>
    <w:p>
      <w:r>
        <w:t>Domiciliul: județul ____________________, municipiul / orașul / comuna ____________________,</w:t>
      </w:r>
    </w:p>
    <w:p>
      <w:r>
        <w:t>satul / sectorul ____________________, str. ____________________ nr. ______, bl. ______, sc. ______, et. ______, ap. ______,</w:t>
      </w:r>
    </w:p>
    <w:p>
      <w:r>
        <w:t>cod poștal ____________, țara ____________</w:t>
      </w:r>
    </w:p>
    <w:p>
      <w:r>
        <w:t>Telefon / fax ____________________   E-mail ____________________</w:t>
      </w:r>
    </w:p>
    <w:p>
      <w:r>
        <w:t>În calitate de reprezentant al ________________________________________   CUI / CIF ____________________</w:t>
      </w:r>
    </w:p>
    <w:p>
      <w:r>
        <w:t>☐ titular al dreptului de proprietate          ☐ împuternicit al titularului</w:t>
      </w:r>
    </w:p>
    <w:p/>
    <w:p>
      <w:r>
        <w:t>în conformitate cu prevederile Legii nr. 169/2026 privind Codul amenajării teritoriului, urbanismului și construcțiilor, solicit emiterea</w:t>
      </w:r>
    </w:p>
    <w:p>
      <w:pPr>
        <w:jc w:val="center"/>
      </w:pPr>
      <w:r>
        <w:rPr>
          <w:b/>
        </w:rPr>
        <w:t>CERTIFICATULUI DE URBANISM</w:t>
      </w:r>
    </w:p>
    <w:p>
      <w:r>
        <w:t>pentru:    ☐ CONSTRUIRE          ☐ DESFIINȚARE</w:t>
      </w:r>
    </w:p>
    <w:p>
      <w:r>
        <w:t>☐ pentru clădiri și amenajări     ☐ lucrări inginerești     ☐ pentru construcții cu caracter special</w:t>
      </w:r>
    </w:p>
    <w:p>
      <w:r>
        <w:t>în vederea realizării obiectivului de investiții:</w:t>
      </w:r>
    </w:p>
    <w:p>
      <w:r>
        <w:t>________________________________________________________________________________</w:t>
      </w:r>
    </w:p>
    <w:p>
      <w:r>
        <w:rPr>
          <w:i/>
          <w:sz w:val="17"/>
        </w:rPr>
        <w:t>Scrieți-l cât mai exact: „locuință unifamilială P+1E și împrejmuire”, nu „construire”. Certificatul răspunde la ce ați cerut, nu la ce ați vrut să cereți.</w:t>
      </w:r>
    </w:p>
    <w:p>
      <w:pPr>
        <w:spacing w:before="180"/>
      </w:pPr>
      <w:r>
        <w:rPr>
          <w:b/>
          <w:sz w:val="21"/>
        </w:rPr>
        <w:t>3. IMOBILUL</w:t>
      </w:r>
    </w:p>
    <w:p>
      <w:r>
        <w:t>☐ teren          ☐ construcții</w:t>
      </w:r>
    </w:p>
    <w:p>
      <w:r>
        <w:t>Județul ____________________, municipiul / orașul / comuna ____________________,</w:t>
      </w:r>
    </w:p>
    <w:p>
      <w:r>
        <w:t>satul / sectorul ____________________, cod poștal ____________,</w:t>
      </w:r>
    </w:p>
    <w:p>
      <w:r>
        <w:t>str. ____________________ nr. ______, bl. / sc. / et. / ap. ____________</w:t>
      </w:r>
    </w:p>
    <w:p>
      <w:r>
        <w:t>Număr cadastral ____________   Carte funciară nr. ____________</w:t>
      </w:r>
    </w:p>
    <w:p>
      <w:r>
        <w:t>Suprafața terenului ____________ m²   Suprafața construcției ____________ m²</w:t>
      </w:r>
    </w:p>
    <w:p>
      <w:pPr>
        <w:spacing w:before="180"/>
      </w:pPr>
      <w:r>
        <w:rPr>
          <w:b/>
          <w:sz w:val="21"/>
        </w:rPr>
        <w:t>4. ÎNCADRAREA LUCRĂRILOR</w:t>
      </w:r>
    </w:p>
    <w:p>
      <w:r>
        <w:t>A · Lucrări de construcții noi</w:t>
      </w:r>
    </w:p>
    <w:p>
      <w:pPr>
        <w:ind w:left="283"/>
      </w:pPr>
      <w:r>
        <w:t>☐ clădiri civile     ☐ clădiri industriale     ☐ clădiri agricole     ☐ construcții cu caracter special</w:t>
      </w:r>
    </w:p>
    <w:p>
      <w:pPr>
        <w:ind w:left="283"/>
      </w:pPr>
      <w:r>
        <w:t>☐ în afara zonei de protecție a monumentelor     ☐ în zona de protecție a monumentelor</w:t>
      </w:r>
    </w:p>
    <w:p>
      <w:pPr>
        <w:ind w:left="283"/>
      </w:pPr>
      <w:r>
        <w:t>☐ în afara zonelor construite protejate     ☐ în zone construite protejate</w:t>
      </w:r>
    </w:p>
    <w:p>
      <w:pPr>
        <w:ind w:left="283"/>
      </w:pPr>
      <w:r>
        <w:t>☐ nu sunt cunoscute solicitantului astfel de informații</w:t>
      </w:r>
    </w:p>
    <w:p>
      <w:r>
        <w:t>B · Intervenții asupra construcțiilor existente</w:t>
      </w:r>
    </w:p>
    <w:p>
      <w:pPr>
        <w:ind w:left="283"/>
      </w:pPr>
      <w:r>
        <w:t>☐ B.1 · la alte clădiri decât cele de la B.2 și B.3</w:t>
      </w:r>
    </w:p>
    <w:p>
      <w:pPr>
        <w:ind w:left="283"/>
      </w:pPr>
      <w:r>
        <w:t>☐ B.2 · la monumente istorice, în zona lor de protecție, în zone construite protejate sau la clădiri cu valoare arhitecturală ori istorică deosebită</w:t>
      </w:r>
    </w:p>
    <w:p>
      <w:pPr>
        <w:ind w:left="283"/>
      </w:pPr>
      <w:r>
        <w:t>☐ B.3 · la clădiri sau construcții cu caracter special</w:t>
      </w:r>
    </w:p>
    <w:p>
      <w:r>
        <w:t>C · Amenajări</w:t>
      </w:r>
    </w:p>
    <w:p>
      <w:pPr>
        <w:ind w:left="283"/>
      </w:pPr>
      <w:r>
        <w:t>☐ amenajări civile     ☐ amenajări și îmbunătățiri funciare     ☐ construcții provizorii     ☐ foraje, excavări</w:t>
      </w:r>
    </w:p>
    <w:p>
      <w:pPr>
        <w:ind w:left="283"/>
      </w:pPr>
      <w:r>
        <w:t>☐ cercetări pentru zăcăminte     ☐ spații verzi, plantate     ☐ spații publice     ☐ organizare de șantier</w:t>
      </w:r>
    </w:p>
    <w:p>
      <w:r>
        <w:t>D · Lucrări inginerești</w:t>
      </w:r>
    </w:p>
    <w:p>
      <w:pPr>
        <w:ind w:left="283"/>
      </w:pPr>
      <w:r>
        <w:t>☐ infrastructură de transport     ☐ infrastructură energetică     ☐ rețele de comunicații electronice</w:t>
      </w:r>
    </w:p>
    <w:p>
      <w:pPr>
        <w:ind w:left="283"/>
      </w:pPr>
      <w:r>
        <w:t>☐ gospodărirea apelor     ☐ hidrotehnice     ☐ miniere     ☐ alte lucrări inginerești de interes public</w:t>
      </w:r>
    </w:p>
    <w:p>
      <w:pPr>
        <w:spacing w:before="180"/>
      </w:pPr>
      <w:r>
        <w:rPr>
          <w:b/>
          <w:sz w:val="21"/>
        </w:rPr>
        <w:t>5. SE ANEXEAZĂ</w:t>
      </w:r>
    </w:p>
    <w:p>
      <w:r>
        <w:t>☐ extras de carte funciară actualizat</w:t>
      </w:r>
    </w:p>
    <w:p>
      <w:r>
        <w:t>☐ plan de situație propus, cu amprenta la sol a corpurilor de clădire propuse spre construire / desființare / extindere</w:t>
      </w:r>
    </w:p>
    <w:p>
      <w:r>
        <w:t>☐ plan de încadrare în zonă în sistem Stereo 70</w:t>
      </w:r>
    </w:p>
    <w:p>
      <w:r>
        <w:t>☐ descrierea succintă a investiției</w:t>
      </w:r>
    </w:p>
    <w:p>
      <w:r>
        <w:t>☐ împuternicirea, dacă este cazul</w:t>
      </w:r>
    </w:p>
    <w:p>
      <w:r>
        <w:t>☐ dovada plății taxei</w:t>
      </w:r>
    </w:p>
    <w:p>
      <w:pPr>
        <w:spacing w:before="180"/>
      </w:pPr>
      <w:r>
        <w:rPr>
          <w:b/>
          <w:sz w:val="21"/>
        </w:rPr>
        <w:t>6. COMUNICAREA RĂSPUNSULUI</w:t>
      </w:r>
    </w:p>
    <w:p>
      <w:r>
        <w:t>☐ în format scris, prin poștă     ☐ în format digital, pe e-mailul indicat     ☐ ridicare de la sediul autorității</w:t>
      </w:r>
    </w:p>
    <w:p>
      <w:pPr>
        <w:spacing w:before="180"/>
      </w:pPr>
      <w:r>
        <w:rPr>
          <w:b/>
          <w:sz w:val="21"/>
        </w:rPr>
        <w:t>7. DATA ȘI SEMNĂTURA</w:t>
      </w:r>
    </w:p>
    <w:p>
      <w:r>
        <w:t>Data ____________          Solicitantul ____________________          Semnătura ____________</w:t>
      </w:r>
    </w:p>
    <w:p/>
    <w:p>
      <w:r>
        <w:rPr>
          <w:i/>
          <w:sz w:val="17"/>
        </w:rPr>
        <w:t>Model orientativ pus la dispoziție de CivilAsist (civilasist.ro), pe structura formularului F_CU_04 publicat în Monitorul Oficial nr. 711 bis din 26.08.2026. Formularul oficial se ia de la primărie sau de pe site-ul ei; unele primării au propriul tipizat. Dacă vreți doar să aflați ce se poate construi pe teren, fără să depuneți încă un proiect, cererea potrivită e F_CU_01, iar pentru dezmembrare sau comasare, F_CU_02. Vă putem întocmi noi întreaga documentație — contact@civilasist.ro · 0744 921 358.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